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112D3" w14:textId="5C8DAA0A" w:rsidR="00D56CA4" w:rsidRDefault="004F3A47">
      <w:pPr>
        <w:pStyle w:val="Heading1"/>
      </w:pPr>
      <w:r>
        <w:t>SURAT RASMI PERMOHONAN TUKAR</w:t>
      </w:r>
      <w:r>
        <w:t xml:space="preserve"> SEKOLAH</w:t>
      </w:r>
    </w:p>
    <w:p w14:paraId="3FFC0723" w14:textId="77777777" w:rsidR="00D56CA4" w:rsidRDefault="004F3A47">
      <w:r>
        <w:t>[Nama Pemohon]</w:t>
      </w:r>
      <w:r>
        <w:br/>
        <w:t>[Alamat Pemohon]</w:t>
      </w:r>
      <w:r>
        <w:br/>
        <w:t>[Poskod, Bandar, Negeri]</w:t>
      </w:r>
      <w:r>
        <w:br/>
        <w:t>[No. Telefon]</w:t>
      </w:r>
      <w:r>
        <w:br/>
        <w:t>[Emel (jika ada)]</w:t>
      </w:r>
      <w:r>
        <w:br/>
        <w:t>[Tarikh]</w:t>
      </w:r>
      <w:r>
        <w:br/>
      </w:r>
    </w:p>
    <w:p w14:paraId="42AAA56D" w14:textId="77777777" w:rsidR="00D56CA4" w:rsidRDefault="004F3A47">
      <w:r>
        <w:t>Pengetua</w:t>
      </w:r>
      <w:r>
        <w:br/>
        <w:t>[Nama Sekolah Semasa]</w:t>
      </w:r>
      <w:r>
        <w:br/>
        <w:t>[Alamat Sekolah]</w:t>
      </w:r>
      <w:r>
        <w:br/>
        <w:t>[Poskod, Bandar, Negeri]</w:t>
      </w:r>
      <w:r>
        <w:br/>
      </w:r>
    </w:p>
    <w:p w14:paraId="27992D07" w14:textId="77777777" w:rsidR="00D56CA4" w:rsidRDefault="004F3A47">
      <w:r>
        <w:t>Perkara: PERMOHONAN PINDAH SEKOLAH</w:t>
      </w:r>
    </w:p>
    <w:p w14:paraId="3A6124A2" w14:textId="2A8F4861" w:rsidR="00D56CA4" w:rsidRDefault="004F3A47" w:rsidP="004F3A47">
      <w:r>
        <w:t>Tuan/Puan,</w:t>
      </w:r>
      <w:r>
        <w:br/>
      </w:r>
      <w:r>
        <w:br/>
        <w:t>Saya, [Nama Pemohon], ibu/bapa/penjaga kepada [Nama Pelajar], murid Tingkatan [X] di [Nama Sekolah Semasa], ingin mengemukakan permohonan pindah sekolah bagi anak saya ke [Nama Sekolah Baharu] atas sebab-sebab berikut:</w:t>
      </w:r>
      <w:r>
        <w:br/>
      </w:r>
      <w:r>
        <w:br/>
        <w:t>1. (Nyatakan sebab, cont</w:t>
      </w:r>
      <w:r>
        <w:t>oh: pertukaran tempat kerja ibu/bapa, faktor kesihatan, atau faktor keluarga)</w:t>
      </w:r>
      <w:r>
        <w:br/>
        <w:t>2. (Sertakan alasan lain jika perlu, seperti kemudahan pengangkutan atau keperluan akademik khas)</w:t>
      </w:r>
      <w:r>
        <w:br/>
      </w:r>
      <w:r>
        <w:br/>
        <w:t>Saya amat berharap agar permohonan ini dapat dipertimbangkan dan diluluskan. Saya bersedia untuk melengkapkan segala dokumen yang diperlukan bagi melancarkan proses pemindahan ini.</w:t>
      </w:r>
      <w:r>
        <w:br/>
      </w:r>
      <w:r>
        <w:br/>
        <w:t>Segal</w:t>
      </w:r>
      <w:r>
        <w:t>a kerjasama dan pertimbangan pihak tuan/puan amat saya hargai.</w:t>
      </w:r>
      <w:r>
        <w:br/>
      </w:r>
      <w:r>
        <w:br/>
        <w:t>Sekian, terima kasih.</w:t>
      </w:r>
      <w:r>
        <w:br/>
      </w:r>
      <w:r>
        <w:br/>
        <w:t>Yang benar,</w:t>
      </w:r>
      <w:r>
        <w:br/>
        <w:t>[Nama Pemohon]</w:t>
      </w:r>
      <w:r>
        <w:br/>
        <w:t>[Ibu/Bapa/Penjaga]</w:t>
      </w:r>
    </w:p>
    <w:p w14:paraId="4952666B" w14:textId="77777777" w:rsidR="004F3A47" w:rsidRDefault="004F3A47">
      <w:r>
        <w:br/>
      </w:r>
    </w:p>
    <w:p w14:paraId="3BC73271" w14:textId="5BA44E08" w:rsidR="00D56CA4" w:rsidRDefault="004F3A47">
      <w:proofErr w:type="spellStart"/>
      <w:r>
        <w:lastRenderedPageBreak/>
        <w:t>Dokumen</w:t>
      </w:r>
      <w:proofErr w:type="spellEnd"/>
      <w:r>
        <w:t xml:space="preserve"> </w:t>
      </w:r>
      <w:proofErr w:type="spellStart"/>
      <w:r>
        <w:t>Sokongan</w:t>
      </w:r>
      <w:proofErr w:type="spellEnd"/>
      <w:r>
        <w:t xml:space="preserve"> (</w:t>
      </w:r>
      <w:proofErr w:type="spellStart"/>
      <w:r>
        <w:t>jika</w:t>
      </w:r>
      <w:proofErr w:type="spellEnd"/>
      <w:r>
        <w:t xml:space="preserve"> </w:t>
      </w:r>
      <w:proofErr w:type="spellStart"/>
      <w:r>
        <w:t>diperlukan</w:t>
      </w:r>
      <w:proofErr w:type="spellEnd"/>
      <w:r>
        <w:t>):</w:t>
      </w:r>
    </w:p>
    <w:p w14:paraId="63E6FFDA" w14:textId="77777777" w:rsidR="00D56CA4" w:rsidRDefault="004F3A47">
      <w:r>
        <w:t>✔</w:t>
      </w:r>
      <w:r>
        <w:t xml:space="preserve"> Salinan Kad Pengenalan/MyKid pelajar</w:t>
      </w:r>
    </w:p>
    <w:p w14:paraId="2FF23021" w14:textId="77777777" w:rsidR="00D56CA4" w:rsidRDefault="004F3A47">
      <w:r>
        <w:t>✔</w:t>
      </w:r>
      <w:r>
        <w:t xml:space="preserve"> Surat sokongan (jika berkaitan, seperti surat</w:t>
      </w:r>
      <w:r>
        <w:t xml:space="preserve"> pertukaran kerja ibu/bapa)</w:t>
      </w:r>
    </w:p>
    <w:p w14:paraId="792D24F9" w14:textId="77777777" w:rsidR="00D56CA4" w:rsidRDefault="004F3A47">
      <w:r>
        <w:t>✔</w:t>
      </w:r>
      <w:r>
        <w:t xml:space="preserve"> Salinan keputusan peperiksaan terkini</w:t>
      </w:r>
    </w:p>
    <w:p w14:paraId="53F04D22" w14:textId="77777777" w:rsidR="00D56CA4" w:rsidRDefault="004F3A47">
      <w:r>
        <w:t>✔</w:t>
      </w:r>
      <w:r>
        <w:t xml:space="preserve"> Bil utiliti (jika berpindah rumah)</w:t>
      </w:r>
    </w:p>
    <w:sectPr w:rsidR="00D56CA4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326F90"/>
    <w:rsid w:val="004F3A47"/>
    <w:rsid w:val="00AA1D8D"/>
    <w:rsid w:val="00B47730"/>
    <w:rsid w:val="00CB0664"/>
    <w:rsid w:val="00D56CA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A058C4"/>
  <w14:defaultImageDpi w14:val="300"/>
  <w15:docId w15:val="{5E507305-1A4F-4547-B61F-39288EE4A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adilahijon07@gmail.com</cp:lastModifiedBy>
  <cp:revision>2</cp:revision>
  <dcterms:created xsi:type="dcterms:W3CDTF">2025-02-11T04:25:00Z</dcterms:created>
  <dcterms:modified xsi:type="dcterms:W3CDTF">2025-02-11T04:25:00Z</dcterms:modified>
  <cp:category/>
</cp:coreProperties>
</file>